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5379" w14:textId="58FEE861" w:rsidR="00787162" w:rsidRDefault="00820CBE">
      <w:pPr>
        <w:jc w:val="center"/>
      </w:pPr>
      <w:r>
        <w:rPr>
          <w:noProof/>
        </w:rPr>
        <w:drawing>
          <wp:inline distT="0" distB="0" distL="0" distR="0" wp14:anchorId="4625C0E2" wp14:editId="4DC226EB">
            <wp:extent cx="5486400" cy="1354015"/>
            <wp:effectExtent l="0" t="0" r="0" b="0"/>
            <wp:docPr id="104856696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66964" name="Picture 2" descr="A black background with a black squar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37D9" w14:textId="77777777" w:rsidR="00787162" w:rsidRDefault="00000000">
      <w:pPr>
        <w:jc w:val="center"/>
      </w:pPr>
      <w:r>
        <w:rPr>
          <w:b/>
        </w:rPr>
        <w:br/>
        <w:t>MEST Sponsorship &amp; Co-Sponsorship Request Form</w:t>
      </w:r>
      <w:r>
        <w:rPr>
          <w:b/>
        </w:rPr>
        <w:br/>
      </w:r>
    </w:p>
    <w:p w14:paraId="06E27972" w14:textId="26E45F7E" w:rsidR="00787162" w:rsidRDefault="00000000">
      <w:r>
        <w:t>Applications are accepted on a rolling basis and should be submitted a</w:t>
      </w:r>
      <w:r w:rsidR="00820CBE">
        <w:t>t</w:t>
      </w:r>
      <w:r>
        <w:t xml:space="preserve"> </w:t>
      </w:r>
      <w:r w:rsidR="00820CBE">
        <w:t>least</w:t>
      </w:r>
      <w:r>
        <w:t xml:space="preserve"> 6–8 weeks </w:t>
      </w:r>
      <w:r w:rsidR="00820CBE">
        <w:t>before</w:t>
      </w:r>
      <w:r>
        <w:t xml:space="preserve"> the event date.</w:t>
      </w:r>
      <w:r w:rsidR="00820CBE">
        <w:t xml:space="preserve"> </w:t>
      </w:r>
      <w:r>
        <w:t>Completed forms may be submitted electronically to mest@uark.edu.</w:t>
      </w:r>
    </w:p>
    <w:p w14:paraId="3959B666" w14:textId="77777777" w:rsidR="00787162" w:rsidRDefault="00000000">
      <w:pPr>
        <w:pStyle w:val="Heading2"/>
      </w:pPr>
      <w:r>
        <w:br/>
        <w:t>Applicant Information</w:t>
      </w:r>
    </w:p>
    <w:p w14:paraId="41B7326F" w14:textId="00200738" w:rsidR="00787162" w:rsidRDefault="00000000">
      <w:r>
        <w:t>Name</w:t>
      </w:r>
      <w:r w:rsidR="00820CBE">
        <w:t xml:space="preserve">: </w:t>
      </w:r>
      <w:r>
        <w:t>__________________________________________</w:t>
      </w:r>
      <w:r w:rsidR="00820CBE">
        <w:t>________________________</w:t>
      </w:r>
    </w:p>
    <w:p w14:paraId="2C169BD3" w14:textId="296433EA" w:rsidR="00787162" w:rsidRDefault="00000000">
      <w:r>
        <w:t>Department / Organization</w:t>
      </w:r>
      <w:r w:rsidR="00820CBE">
        <w:t>:</w:t>
      </w:r>
      <w:r>
        <w:t xml:space="preserve"> __________________________________________</w:t>
      </w:r>
    </w:p>
    <w:p w14:paraId="7A64BCC6" w14:textId="76832647" w:rsidR="00787162" w:rsidRDefault="00000000">
      <w:r>
        <w:t>University Affiliation</w:t>
      </w:r>
      <w:r w:rsidR="00820CBE">
        <w:t>:</w:t>
      </w:r>
      <w:r>
        <w:t xml:space="preserve"> __________________________________________</w:t>
      </w:r>
      <w:r w:rsidR="00820CBE">
        <w:t>_______</w:t>
      </w:r>
    </w:p>
    <w:p w14:paraId="05AAF0F1" w14:textId="55F91B5D" w:rsidR="00787162" w:rsidRDefault="00000000">
      <w:r>
        <w:t>Email</w:t>
      </w:r>
      <w:r w:rsidR="00820CBE">
        <w:t>:</w:t>
      </w:r>
      <w:r>
        <w:t xml:space="preserve"> __________________________________________</w:t>
      </w:r>
      <w:r w:rsidR="00820CBE">
        <w:t>_________________________</w:t>
      </w:r>
    </w:p>
    <w:p w14:paraId="09EA0E84" w14:textId="27C72C91" w:rsidR="00787162" w:rsidRDefault="00000000">
      <w:proofErr w:type="gramStart"/>
      <w:r>
        <w:t xml:space="preserve">Phone </w:t>
      </w:r>
      <w:r w:rsidR="00820CBE">
        <w:t>:</w:t>
      </w:r>
      <w:proofErr w:type="gramEnd"/>
      <w:r>
        <w:t>__________________________________________</w:t>
      </w:r>
      <w:r w:rsidR="00820CBE">
        <w:t>_________________________</w:t>
      </w:r>
    </w:p>
    <w:p w14:paraId="733BA3EF" w14:textId="34706A10" w:rsidR="00787162" w:rsidRDefault="00000000">
      <w:r>
        <w:t>Status (Faculty / Staff / Graduate Student / Undergraduate / External)</w:t>
      </w:r>
      <w:r w:rsidR="00820CBE">
        <w:t xml:space="preserve">: </w:t>
      </w:r>
      <w:r>
        <w:t>__________________________________________</w:t>
      </w:r>
    </w:p>
    <w:p w14:paraId="520CFAB0" w14:textId="77777777" w:rsidR="00787162" w:rsidRDefault="00000000">
      <w:pPr>
        <w:pStyle w:val="Heading2"/>
      </w:pPr>
      <w:r>
        <w:br/>
        <w:t>Event / Project Information</w:t>
      </w:r>
    </w:p>
    <w:p w14:paraId="56FA1D4F" w14:textId="3D9F5C7A" w:rsidR="00787162" w:rsidRDefault="00000000">
      <w:r>
        <w:t>Event / Project Title</w:t>
      </w:r>
      <w:r w:rsidR="00820CBE">
        <w:t xml:space="preserve">: </w:t>
      </w:r>
      <w:r>
        <w:t>__________________________________________</w:t>
      </w:r>
      <w:r w:rsidR="00820CBE">
        <w:t>________________________</w:t>
      </w:r>
    </w:p>
    <w:p w14:paraId="544344B4" w14:textId="49ED6ABD" w:rsidR="00787162" w:rsidRDefault="00000000">
      <w:r>
        <w:t>Type of Request (Speaker / Conference / Workshop / Cultural Event / Film Screening / Research Initiative / Other)</w:t>
      </w:r>
      <w:r w:rsidR="00820CBE">
        <w:t xml:space="preserve">: </w:t>
      </w:r>
      <w:r>
        <w:t>__________________________________________</w:t>
      </w:r>
      <w:r w:rsidR="00820CBE">
        <w:t>_________________</w:t>
      </w:r>
    </w:p>
    <w:p w14:paraId="33AF8189" w14:textId="04E58E7F" w:rsidR="00787162" w:rsidRDefault="00000000">
      <w:r>
        <w:t>Proposed Date(s</w:t>
      </w:r>
      <w:r w:rsidR="00820CBE">
        <w:t>):</w:t>
      </w:r>
      <w:r>
        <w:t xml:space="preserve"> __________________________________________</w:t>
      </w:r>
      <w:r w:rsidR="00820CBE">
        <w:t>_____________________________</w:t>
      </w:r>
    </w:p>
    <w:p w14:paraId="6F093DEF" w14:textId="4221FF35" w:rsidR="00787162" w:rsidRDefault="00000000">
      <w:r>
        <w:t>Proposed Location</w:t>
      </w:r>
      <w:r w:rsidR="00820CBE">
        <w:t xml:space="preserve">: </w:t>
      </w:r>
      <w:r>
        <w:t>__________________________________________</w:t>
      </w:r>
      <w:r w:rsidR="00820CBE">
        <w:t>____________________________</w:t>
      </w:r>
    </w:p>
    <w:p w14:paraId="5099D982" w14:textId="56908A8A" w:rsidR="00787162" w:rsidRDefault="00000000">
      <w:r>
        <w:t>Event Format (In-person / Virtual / Hybrid)</w:t>
      </w:r>
      <w:r w:rsidR="00820CBE">
        <w:t>:</w:t>
      </w:r>
      <w:r>
        <w:t xml:space="preserve"> __________________________________________</w:t>
      </w:r>
    </w:p>
    <w:p w14:paraId="393A286B" w14:textId="00474627" w:rsidR="00787162" w:rsidRDefault="00000000">
      <w:r>
        <w:t xml:space="preserve">Target </w:t>
      </w:r>
      <w:proofErr w:type="gramStart"/>
      <w:r>
        <w:t>Audience</w:t>
      </w:r>
      <w:r w:rsidR="00820CBE">
        <w:t>:</w:t>
      </w:r>
      <w:r>
        <w:t>_</w:t>
      </w:r>
      <w:proofErr w:type="gramEnd"/>
      <w:r>
        <w:t>_________________________________________</w:t>
      </w:r>
      <w:r w:rsidR="00820CBE">
        <w:t>_________________________________</w:t>
      </w:r>
    </w:p>
    <w:p w14:paraId="072D62B2" w14:textId="62CA0AE6" w:rsidR="00787162" w:rsidRDefault="00000000">
      <w:r>
        <w:t>Estimated Attendance</w:t>
      </w:r>
      <w:r w:rsidR="00820CBE">
        <w:t xml:space="preserve">: </w:t>
      </w:r>
      <w:r>
        <w:t>__________________________________________</w:t>
      </w:r>
      <w:r w:rsidR="00820CBE">
        <w:t>___________________________</w:t>
      </w:r>
    </w:p>
    <w:p w14:paraId="4BA66F7E" w14:textId="77777777" w:rsidR="00820CBE" w:rsidRDefault="00000000">
      <w:pPr>
        <w:pStyle w:val="Heading2"/>
      </w:pPr>
      <w:r>
        <w:lastRenderedPageBreak/>
        <w:br/>
      </w:r>
    </w:p>
    <w:p w14:paraId="733007A0" w14:textId="22E1CDF2" w:rsidR="00787162" w:rsidRDefault="00000000">
      <w:pPr>
        <w:pStyle w:val="Heading2"/>
      </w:pPr>
      <w:r>
        <w:t>MENA Relevance</w:t>
      </w:r>
    </w:p>
    <w:p w14:paraId="14A17179" w14:textId="77777777" w:rsidR="00787162" w:rsidRDefault="00000000">
      <w:r>
        <w:t>How does this event/project relate to the Middle East and North Africa?</w:t>
      </w:r>
    </w:p>
    <w:p w14:paraId="01150646" w14:textId="77777777" w:rsidR="00820CBE" w:rsidRDefault="00820CBE">
      <w:pPr>
        <w:pStyle w:val="Heading2"/>
      </w:pPr>
    </w:p>
    <w:p w14:paraId="3EF061D5" w14:textId="77777777" w:rsidR="00820CBE" w:rsidRDefault="00820CBE">
      <w:pPr>
        <w:pStyle w:val="Heading2"/>
      </w:pPr>
    </w:p>
    <w:p w14:paraId="5E92DB46" w14:textId="77777777" w:rsidR="00820CBE" w:rsidRDefault="00820CBE">
      <w:pPr>
        <w:pStyle w:val="Heading2"/>
      </w:pPr>
    </w:p>
    <w:p w14:paraId="4CD8037E" w14:textId="26E5F273" w:rsidR="00787162" w:rsidRDefault="00000000">
      <w:pPr>
        <w:pStyle w:val="Heading2"/>
      </w:pPr>
      <w:r>
        <w:br/>
        <w:t>Speaker Information (if applicable)</w:t>
      </w:r>
    </w:p>
    <w:p w14:paraId="160AD191" w14:textId="512B66B3" w:rsidR="00787162" w:rsidRDefault="00000000">
      <w:r>
        <w:t xml:space="preserve">Speaker Name &amp; </w:t>
      </w:r>
      <w:proofErr w:type="gramStart"/>
      <w:r>
        <w:t>Title</w:t>
      </w:r>
      <w:r w:rsidR="00820CBE">
        <w:t>:</w:t>
      </w:r>
      <w:r>
        <w:t>_</w:t>
      </w:r>
      <w:proofErr w:type="gramEnd"/>
      <w:r>
        <w:t>_________________________________________</w:t>
      </w:r>
      <w:r w:rsidR="00820CBE">
        <w:t>_____________</w:t>
      </w:r>
    </w:p>
    <w:p w14:paraId="38166485" w14:textId="1FE8D868" w:rsidR="00787162" w:rsidRDefault="00000000">
      <w:r>
        <w:t>Institutional Affiliation</w:t>
      </w:r>
      <w:r w:rsidR="00820CBE">
        <w:t>:</w:t>
      </w:r>
      <w:r>
        <w:t xml:space="preserve"> __________________________________________</w:t>
      </w:r>
      <w:r w:rsidR="00820CBE">
        <w:t>___________</w:t>
      </w:r>
    </w:p>
    <w:p w14:paraId="4E1B08AC" w14:textId="4CEABDA7" w:rsidR="00787162" w:rsidRDefault="00000000">
      <w:r>
        <w:t xml:space="preserve">Has the speaker been </w:t>
      </w:r>
      <w:proofErr w:type="gramStart"/>
      <w:r>
        <w:t>contacted?</w:t>
      </w:r>
      <w:r w:rsidR="00820CBE">
        <w:t>:</w:t>
      </w:r>
      <w:proofErr w:type="gramEnd"/>
      <w:r w:rsidR="00820CBE">
        <w:t xml:space="preserve"> </w:t>
      </w:r>
      <w:r>
        <w:t>__________________________________________</w:t>
      </w:r>
    </w:p>
    <w:p w14:paraId="7E289DD3" w14:textId="62F2522A" w:rsidR="00787162" w:rsidRDefault="00000000">
      <w:r>
        <w:t>Honorarium Requested</w:t>
      </w:r>
      <w:r w:rsidR="00820CBE">
        <w:t>:</w:t>
      </w:r>
      <w:r>
        <w:t xml:space="preserve"> __________________________________________</w:t>
      </w:r>
      <w:r w:rsidR="00820CBE">
        <w:t>___________</w:t>
      </w:r>
    </w:p>
    <w:p w14:paraId="773BA4B4" w14:textId="77777777" w:rsidR="00787162" w:rsidRDefault="00000000">
      <w:pPr>
        <w:pStyle w:val="Heading2"/>
      </w:pPr>
      <w:r>
        <w:br/>
        <w:t>Budget Information</w:t>
      </w:r>
    </w:p>
    <w:p w14:paraId="462A93BD" w14:textId="3F569488" w:rsidR="00787162" w:rsidRDefault="00000000">
      <w:r>
        <w:t>Total Projected Budget</w:t>
      </w:r>
      <w:r w:rsidR="00820CBE">
        <w:t>:</w:t>
      </w:r>
      <w:r>
        <w:t xml:space="preserve"> __________________________________________</w:t>
      </w:r>
      <w:r w:rsidR="00820CBE">
        <w:t>__________________________</w:t>
      </w:r>
    </w:p>
    <w:p w14:paraId="6A72875C" w14:textId="5CF0D528" w:rsidR="00787162" w:rsidRDefault="00000000">
      <w:r>
        <w:t>Amount Requested from the King Fahd Center</w:t>
      </w:r>
      <w:r w:rsidR="00820CBE">
        <w:t>:</w:t>
      </w:r>
      <w:r>
        <w:t xml:space="preserve"> __________________________________________</w:t>
      </w:r>
    </w:p>
    <w:p w14:paraId="46BFBC1F" w14:textId="5F928DF5" w:rsidR="00787162" w:rsidRDefault="00000000">
      <w:r>
        <w:t>Other Sources of Funding</w:t>
      </w:r>
      <w:r w:rsidR="00820CBE">
        <w:t>:</w:t>
      </w:r>
      <w:r>
        <w:t xml:space="preserve"> __________________________________________</w:t>
      </w:r>
      <w:r w:rsidR="00820CBE">
        <w:t>________________________</w:t>
      </w:r>
    </w:p>
    <w:p w14:paraId="44A0DA16" w14:textId="68D224E3" w:rsidR="00787162" w:rsidRDefault="00000000">
      <w:r>
        <w:t xml:space="preserve">Is this a co-sponsorship </w:t>
      </w:r>
      <w:proofErr w:type="gramStart"/>
      <w:r>
        <w:t>request?</w:t>
      </w:r>
      <w:r w:rsidR="00820CBE">
        <w:t>:</w:t>
      </w:r>
      <w:proofErr w:type="gramEnd"/>
      <w:r w:rsidR="00820CBE">
        <w:t xml:space="preserve"> </w:t>
      </w:r>
      <w:r>
        <w:t>__________________________________________</w:t>
      </w:r>
      <w:r w:rsidR="00820CBE">
        <w:t>________________</w:t>
      </w:r>
    </w:p>
    <w:p w14:paraId="69DB5C40" w14:textId="77777777" w:rsidR="00787162" w:rsidRDefault="00000000">
      <w:pPr>
        <w:pStyle w:val="Heading2"/>
      </w:pPr>
      <w:r>
        <w:br/>
        <w:t>Organizational Support Requested (if applicable)</w:t>
      </w:r>
    </w:p>
    <w:p w14:paraId="1F6EF06C" w14:textId="0EFA8386" w:rsidR="00787162" w:rsidRDefault="00000000">
      <w:r>
        <w:t>Event planning</w:t>
      </w:r>
      <w:r w:rsidR="00820CBE">
        <w:t>:</w:t>
      </w:r>
      <w:r>
        <w:t xml:space="preserve"> __________________________________________</w:t>
      </w:r>
      <w:r w:rsidR="00820CBE">
        <w:t>_____________________________________</w:t>
      </w:r>
    </w:p>
    <w:p w14:paraId="7E0A2BA8" w14:textId="39AF4A0F" w:rsidR="00787162" w:rsidRDefault="00000000">
      <w:r>
        <w:t>Room reservation</w:t>
      </w:r>
      <w:r w:rsidR="00820CBE">
        <w:t>:</w:t>
      </w:r>
      <w:r>
        <w:t xml:space="preserve"> __________________________________________</w:t>
      </w:r>
      <w:r w:rsidR="00820CBE">
        <w:t>__________________________________</w:t>
      </w:r>
    </w:p>
    <w:p w14:paraId="6739D6B9" w14:textId="3BEEA50A" w:rsidR="00787162" w:rsidRDefault="00000000">
      <w:r>
        <w:t xml:space="preserve">Travel </w:t>
      </w:r>
      <w:proofErr w:type="gramStart"/>
      <w:r>
        <w:t>coordination</w:t>
      </w:r>
      <w:r w:rsidR="00820CBE">
        <w:t>:</w:t>
      </w:r>
      <w:r>
        <w:t>_</w:t>
      </w:r>
      <w:proofErr w:type="gramEnd"/>
      <w:r>
        <w:t>_________________________________________</w:t>
      </w:r>
      <w:r w:rsidR="00820CBE">
        <w:t>_________________________________</w:t>
      </w:r>
    </w:p>
    <w:p w14:paraId="30EF5970" w14:textId="2E5EF6A1" w:rsidR="00787162" w:rsidRDefault="00000000">
      <w:r>
        <w:t>Marketing / Graphic design</w:t>
      </w:r>
      <w:r w:rsidR="00820CBE">
        <w:t xml:space="preserve">: </w:t>
      </w:r>
      <w:r>
        <w:t>__________________________________________</w:t>
      </w:r>
      <w:r w:rsidR="00820CBE">
        <w:t>________________________</w:t>
      </w:r>
    </w:p>
    <w:p w14:paraId="6946FC8B" w14:textId="3F54D6BE" w:rsidR="00787162" w:rsidRDefault="00000000">
      <w:r>
        <w:t>Other</w:t>
      </w:r>
      <w:r w:rsidR="00820CBE">
        <w:t>:</w:t>
      </w:r>
      <w:r>
        <w:t xml:space="preserve"> __________________________________________</w:t>
      </w:r>
      <w:r w:rsidR="00820CBE">
        <w:t>_________________________________________________</w:t>
      </w:r>
    </w:p>
    <w:p w14:paraId="63535F0C" w14:textId="77777777" w:rsidR="00787162" w:rsidRDefault="00000000">
      <w:pPr>
        <w:pStyle w:val="Heading2"/>
      </w:pPr>
      <w:r>
        <w:lastRenderedPageBreak/>
        <w:br/>
        <w:t>Marketing Plan</w:t>
      </w:r>
    </w:p>
    <w:p w14:paraId="22D9B88C" w14:textId="77777777" w:rsidR="00820CBE" w:rsidRDefault="00820CBE">
      <w:pPr>
        <w:pStyle w:val="Heading2"/>
      </w:pPr>
    </w:p>
    <w:p w14:paraId="395412A3" w14:textId="15899E8A" w:rsidR="00787162" w:rsidRDefault="00000000">
      <w:pPr>
        <w:pStyle w:val="Heading2"/>
      </w:pPr>
      <w:r>
        <w:br/>
        <w:t>Accessibility Considerations</w:t>
      </w:r>
    </w:p>
    <w:p w14:paraId="1CFB3CC7" w14:textId="77777777" w:rsidR="00820CBE" w:rsidRDefault="00820CBE">
      <w:pPr>
        <w:pStyle w:val="Heading2"/>
      </w:pPr>
    </w:p>
    <w:p w14:paraId="49CEE567" w14:textId="77777777" w:rsidR="00820CBE" w:rsidRDefault="00820CBE">
      <w:pPr>
        <w:pStyle w:val="Heading2"/>
      </w:pPr>
    </w:p>
    <w:p w14:paraId="00702EC8" w14:textId="6D575118" w:rsidR="00787162" w:rsidRDefault="00000000">
      <w:pPr>
        <w:pStyle w:val="Heading2"/>
      </w:pPr>
      <w:r>
        <w:br/>
        <w:t>Only applications with the following materials will be considered:</w:t>
      </w:r>
    </w:p>
    <w:p w14:paraId="6ABF6653" w14:textId="77777777" w:rsidR="00787162" w:rsidRDefault="00000000">
      <w:r>
        <w:t>☐ Event description or proposal</w:t>
      </w:r>
    </w:p>
    <w:p w14:paraId="4BC57CC8" w14:textId="77777777" w:rsidR="00787162" w:rsidRDefault="00000000">
      <w:r>
        <w:t>☐ Itemized budget</w:t>
      </w:r>
    </w:p>
    <w:p w14:paraId="7250E8E8" w14:textId="77777777" w:rsidR="00787162" w:rsidRDefault="00000000">
      <w:r>
        <w:t>☐ Speaker CV or bio (if applicable)</w:t>
      </w:r>
    </w:p>
    <w:p w14:paraId="25040DD6" w14:textId="77777777" w:rsidR="00787162" w:rsidRDefault="00000000">
      <w:r>
        <w:t>☐ Confirmation of co-sponsorship or additional funding (if applicable)</w:t>
      </w:r>
    </w:p>
    <w:p w14:paraId="27938078" w14:textId="77777777" w:rsidR="00787162" w:rsidRDefault="00000000">
      <w:r>
        <w:br/>
        <w:t>Applicant Signature __________________________________________   Date __________</w:t>
      </w:r>
    </w:p>
    <w:p w14:paraId="60B43822" w14:textId="77777777" w:rsidR="00787162" w:rsidRDefault="00000000">
      <w:r>
        <w:t>Unit Head / Adviser Signature (if applicable) ______________________________   Date __________</w:t>
      </w:r>
    </w:p>
    <w:p w14:paraId="7CDA678F" w14:textId="4C432B19" w:rsidR="00820CBE" w:rsidRDefault="00000000" w:rsidP="00820CBE">
      <w:r>
        <w:br/>
      </w:r>
    </w:p>
    <w:p w14:paraId="31601F7D" w14:textId="2143789C" w:rsidR="00787162" w:rsidRDefault="00787162"/>
    <w:sectPr w:rsidR="00787162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2BDE" w14:textId="77777777" w:rsidR="001D23D9" w:rsidRDefault="001D23D9" w:rsidP="00820CBE">
      <w:pPr>
        <w:spacing w:after="0" w:line="240" w:lineRule="auto"/>
      </w:pPr>
      <w:r>
        <w:separator/>
      </w:r>
    </w:p>
  </w:endnote>
  <w:endnote w:type="continuationSeparator" w:id="0">
    <w:p w14:paraId="6E350125" w14:textId="77777777" w:rsidR="001D23D9" w:rsidRDefault="001D23D9" w:rsidP="0082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C409" w14:textId="77777777" w:rsidR="00820CBE" w:rsidRPr="001449E0" w:rsidRDefault="00820CBE" w:rsidP="00820CBE">
    <w:pPr>
      <w:spacing w:after="0" w:line="240" w:lineRule="auto"/>
      <w:rPr>
        <w:rFonts w:asciiTheme="majorHAnsi" w:hAnsiTheme="majorHAnsi" w:cstheme="majorHAnsi"/>
        <w:bCs/>
        <w:sz w:val="18"/>
        <w:szCs w:val="18"/>
      </w:rPr>
    </w:pPr>
    <w:r w:rsidRPr="001449E0">
      <w:rPr>
        <w:rFonts w:asciiTheme="majorHAnsi" w:hAnsiTheme="majorHAnsi" w:cstheme="majorHAnsi"/>
        <w:sz w:val="18"/>
        <w:szCs w:val="18"/>
      </w:rPr>
      <w:t>Rev. 03/202</w:t>
    </w:r>
    <w:r>
      <w:rPr>
        <w:rFonts w:asciiTheme="majorHAnsi" w:hAnsiTheme="majorHAnsi" w:cstheme="majorHAnsi"/>
        <w:sz w:val="18"/>
        <w:szCs w:val="18"/>
      </w:rPr>
      <w:t>5</w:t>
    </w:r>
  </w:p>
  <w:p w14:paraId="0C1C5FC5" w14:textId="77777777" w:rsidR="00820CBE" w:rsidRDefault="00820CBE" w:rsidP="00820CBE">
    <w:pPr>
      <w:pStyle w:val="Footer"/>
      <w:ind w:left="-360"/>
      <w:jc w:val="center"/>
      <w:rPr>
        <w:rFonts w:ascii="Minion Pro" w:hAnsi="Minion Pro"/>
        <w:sz w:val="20"/>
      </w:rPr>
    </w:pPr>
  </w:p>
  <w:p w14:paraId="3792BB85" w14:textId="77777777" w:rsidR="00820CBE" w:rsidRDefault="00820CBE" w:rsidP="00820CBE">
    <w:pPr>
      <w:pStyle w:val="Footer"/>
      <w:ind w:left="-360"/>
      <w:jc w:val="center"/>
      <w:rPr>
        <w:rFonts w:ascii="Minion Pro" w:hAnsi="Minion Pro"/>
        <w:sz w:val="20"/>
      </w:rPr>
    </w:pPr>
    <w:r>
      <w:rPr>
        <w:rFonts w:ascii="Minion Pro" w:hAnsi="Minion Pro"/>
        <w:sz w:val="20"/>
      </w:rPr>
      <w:t xml:space="preserve">202 Old Main </w:t>
    </w:r>
    <w:r w:rsidRPr="00AB1576">
      <w:rPr>
        <w:rFonts w:ascii="Minion Pro" w:hAnsi="Minion Pro"/>
        <w:sz w:val="20"/>
        <w:szCs w:val="20"/>
      </w:rPr>
      <w:sym w:font="Wingdings" w:char="F09F"/>
    </w:r>
    <w:r w:rsidRPr="001B5AE4">
      <w:rPr>
        <w:rFonts w:ascii="Minion Pro" w:hAnsi="Minion Pro"/>
        <w:sz w:val="20"/>
      </w:rPr>
      <w:t xml:space="preserve"> Fay</w:t>
    </w:r>
    <w:r>
      <w:rPr>
        <w:rFonts w:ascii="Minion Pro" w:hAnsi="Minion Pro"/>
        <w:sz w:val="20"/>
      </w:rPr>
      <w:t xml:space="preserve">etteville, AR 72701 </w:t>
    </w:r>
    <w:r w:rsidRPr="00AB1576">
      <w:rPr>
        <w:rFonts w:ascii="Minion Pro" w:hAnsi="Minion Pro"/>
        <w:sz w:val="20"/>
        <w:szCs w:val="20"/>
      </w:rPr>
      <w:sym w:font="Wingdings" w:char="F09F"/>
    </w:r>
    <w:r>
      <w:rPr>
        <w:rFonts w:ascii="Minion Pro" w:hAnsi="Minion Pro"/>
        <w:sz w:val="20"/>
      </w:rPr>
      <w:t xml:space="preserve"> 479-575-4373 </w:t>
    </w:r>
    <w:r w:rsidRPr="00AB1576">
      <w:rPr>
        <w:rFonts w:ascii="Minion Pro" w:hAnsi="Minion Pro"/>
        <w:sz w:val="20"/>
        <w:szCs w:val="20"/>
      </w:rPr>
      <w:sym w:font="Wingdings" w:char="F09F"/>
    </w:r>
    <w:r>
      <w:rPr>
        <w:rFonts w:ascii="Minion Pro" w:hAnsi="Minion Pro"/>
        <w:sz w:val="20"/>
      </w:rPr>
      <w:t xml:space="preserve"> mest.uark.edu</w:t>
    </w:r>
  </w:p>
  <w:p w14:paraId="6B5260E2" w14:textId="04A52C51" w:rsidR="00820CBE" w:rsidRPr="00820CBE" w:rsidRDefault="00820CBE" w:rsidP="00820CBE">
    <w:pPr>
      <w:pStyle w:val="Footer"/>
      <w:jc w:val="center"/>
      <w:rPr>
        <w:rFonts w:ascii="Minion Pro" w:hAnsi="Minion Pro"/>
        <w:i/>
        <w:sz w:val="14"/>
      </w:rPr>
    </w:pPr>
    <w:r w:rsidRPr="001B5AE4">
      <w:rPr>
        <w:rFonts w:ascii="Minion Pro" w:hAnsi="Minion Pro"/>
        <w:i/>
        <w:sz w:val="14"/>
      </w:rPr>
      <w:t>The University of Arkansas is an equal opportunity/affirmative action institution.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AFAC4" w14:textId="77777777" w:rsidR="001D23D9" w:rsidRDefault="001D23D9" w:rsidP="00820CBE">
      <w:pPr>
        <w:spacing w:after="0" w:line="240" w:lineRule="auto"/>
      </w:pPr>
      <w:r>
        <w:separator/>
      </w:r>
    </w:p>
  </w:footnote>
  <w:footnote w:type="continuationSeparator" w:id="0">
    <w:p w14:paraId="51F0F1D8" w14:textId="77777777" w:rsidR="001D23D9" w:rsidRDefault="001D23D9" w:rsidP="00820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1348685">
    <w:abstractNumId w:val="8"/>
  </w:num>
  <w:num w:numId="2" w16cid:durableId="363292052">
    <w:abstractNumId w:val="6"/>
  </w:num>
  <w:num w:numId="3" w16cid:durableId="2001229068">
    <w:abstractNumId w:val="5"/>
  </w:num>
  <w:num w:numId="4" w16cid:durableId="594897677">
    <w:abstractNumId w:val="4"/>
  </w:num>
  <w:num w:numId="5" w16cid:durableId="1606496041">
    <w:abstractNumId w:val="7"/>
  </w:num>
  <w:num w:numId="6" w16cid:durableId="1204948120">
    <w:abstractNumId w:val="3"/>
  </w:num>
  <w:num w:numId="7" w16cid:durableId="426117931">
    <w:abstractNumId w:val="2"/>
  </w:num>
  <w:num w:numId="8" w16cid:durableId="152453215">
    <w:abstractNumId w:val="1"/>
  </w:num>
  <w:num w:numId="9" w16cid:durableId="521166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3D9"/>
    <w:rsid w:val="0029639D"/>
    <w:rsid w:val="00326F90"/>
    <w:rsid w:val="004A2084"/>
    <w:rsid w:val="00787162"/>
    <w:rsid w:val="00820CB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A75394"/>
  <w14:defaultImageDpi w14:val="300"/>
  <w15:docId w15:val="{A95292CD-D0F2-CC4A-9873-13418B40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277</Words>
  <Characters>3013</Characters>
  <Application>Microsoft Office Word</Application>
  <DocSecurity>0</DocSecurity>
  <Lines>71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Renato Despain</cp:lastModifiedBy>
  <cp:revision>2</cp:revision>
  <dcterms:created xsi:type="dcterms:W3CDTF">2026-02-26T17:39:00Z</dcterms:created>
  <dcterms:modified xsi:type="dcterms:W3CDTF">2026-02-26T17:39:00Z</dcterms:modified>
  <cp:category/>
</cp:coreProperties>
</file>